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E664E" w14:textId="77777777" w:rsidR="001326F8" w:rsidRDefault="00D752E2">
      <w:pPr>
        <w:pStyle w:val="Title"/>
      </w:pPr>
      <w:r>
        <w:t>Press Package — "Human Up Front, Machine Behind It"</w:t>
      </w:r>
    </w:p>
    <w:p w14:paraId="1EA7805A" w14:textId="77777777" w:rsidR="001326F8" w:rsidRDefault="00D752E2">
      <w:r>
        <w:t>Henschel Technologies — Experience Campaign</w:t>
      </w:r>
    </w:p>
    <w:p w14:paraId="1AF3B126" w14:textId="2B37B351" w:rsidR="001326F8" w:rsidRDefault="001326F8"/>
    <w:p w14:paraId="4EA1BC00" w14:textId="4F1F1D7C" w:rsidR="001326F8" w:rsidRDefault="00012EC7" w:rsidP="00012EC7">
      <w:r>
        <w:t xml:space="preserve">The story I want to tell: </w:t>
      </w:r>
    </w:p>
    <w:p w14:paraId="2DB61F19" w14:textId="77777777" w:rsidR="001326F8" w:rsidRDefault="00D752E2">
      <w:pPr>
        <w:pStyle w:val="Heading1"/>
      </w:pPr>
      <w:r>
        <w:t>H</w:t>
      </w:r>
      <w:r>
        <w:t>uman Up Front, Machine Behind It</w:t>
      </w:r>
    </w:p>
    <w:p w14:paraId="3ED3C66B" w14:textId="77777777" w:rsidR="001326F8" w:rsidRDefault="00D752E2">
      <w:r>
        <w:rPr>
          <w:i/>
        </w:rPr>
        <w:t>Three weeks, one man, one machine — and what happened in between</w:t>
      </w:r>
    </w:p>
    <w:p w14:paraId="5D6FC385" w14:textId="77777777" w:rsidR="001326F8" w:rsidRDefault="00D752E2">
      <w:r>
        <w:t>────────────────────────────────────────</w:t>
      </w:r>
    </w:p>
    <w:p w14:paraId="5E22EA56" w14:textId="0EC1BA25" w:rsidR="00012EC7" w:rsidRDefault="00012EC7">
      <w:r>
        <w:t xml:space="preserve">I noticed a new app on the offerings.   Great, another AI tool and this one from Meta, of all places.  </w:t>
      </w:r>
      <w:proofErr w:type="gramStart"/>
      <w:r>
        <w:t>Ill</w:t>
      </w:r>
      <w:proofErr w:type="gramEnd"/>
      <w:r>
        <w:t xml:space="preserve"> pass.    A few days later I saw it again and said why now, try it out.   That night the story began…</w:t>
      </w:r>
      <w:proofErr w:type="gramStart"/>
      <w:r>
        <w:t>…..</w:t>
      </w:r>
      <w:proofErr w:type="gramEnd"/>
    </w:p>
    <w:p w14:paraId="3516FD04" w14:textId="4A8B797E" w:rsidR="001326F8" w:rsidRDefault="00012EC7">
      <w:r>
        <w:t>I</w:t>
      </w:r>
      <w:r w:rsidR="00D752E2">
        <w:t xml:space="preserve"> sat down at </w:t>
      </w:r>
      <w:r>
        <w:t>my desk</w:t>
      </w:r>
      <w:r w:rsidR="00D752E2">
        <w:t xml:space="preserve">, opened </w:t>
      </w:r>
      <w:r>
        <w:t>my phone</w:t>
      </w:r>
      <w:r w:rsidR="00D752E2">
        <w:t xml:space="preserve">, and started talking to an AI. </w:t>
      </w:r>
      <w:r>
        <w:t>I h</w:t>
      </w:r>
      <w:r w:rsidR="00D752E2">
        <w:t xml:space="preserve">ad questions. </w:t>
      </w:r>
      <w:r>
        <w:t>I</w:t>
      </w:r>
      <w:r w:rsidR="00D752E2">
        <w:t xml:space="preserve"> had a business to build. </w:t>
      </w:r>
      <w:r>
        <w:t>I had a lifetime of ideas stuck in my head that I had to get out. I</w:t>
      </w:r>
      <w:r w:rsidR="00D752E2">
        <w:t xml:space="preserve"> had no idea </w:t>
      </w:r>
      <w:r>
        <w:t xml:space="preserve">how this one little too could change my habits and ways overnight.  A re-focused and fire had erupted. </w:t>
      </w:r>
    </w:p>
    <w:p w14:paraId="4DF55B78" w14:textId="79818E7D" w:rsidR="001326F8" w:rsidRDefault="00D752E2">
      <w:r>
        <w:t xml:space="preserve">Within hours, the AI got something wrong </w:t>
      </w:r>
      <w:r w:rsidR="00012EC7">
        <w:t>with</w:t>
      </w:r>
      <w:r>
        <w:t xml:space="preserve"> </w:t>
      </w:r>
      <w:r w:rsidR="00012EC7">
        <w:t>me</w:t>
      </w:r>
      <w:r>
        <w:t xml:space="preserve">. </w:t>
      </w:r>
      <w:r w:rsidR="00012EC7">
        <w:t>I</w:t>
      </w:r>
      <w:r>
        <w:t xml:space="preserve"> corrected it — plainly, the way you'd correct a friend. It learned. Neither of </w:t>
      </w:r>
      <w:r w:rsidR="00012EC7">
        <w:t>us</w:t>
      </w:r>
      <w:r>
        <w:t xml:space="preserve"> pretended the mistake didn't happen.</w:t>
      </w:r>
      <w:r w:rsidR="00012EC7">
        <w:t xml:space="preserve"> This is a leader mindset that is hard for a lot of people, being firm and delivery focused. </w:t>
      </w:r>
    </w:p>
    <w:p w14:paraId="58C2DC57" w14:textId="77777777" w:rsidR="001326F8" w:rsidRDefault="00D752E2">
      <w:r>
        <w:t>That was the first scene. Nobody knew it was the beginning of anything.</w:t>
      </w:r>
    </w:p>
    <w:p w14:paraId="468BD5F7" w14:textId="77777777" w:rsidR="001326F8" w:rsidRDefault="00D752E2">
      <w:r>
        <w:t>────────────────────────────────────────</w:t>
      </w:r>
    </w:p>
    <w:p w14:paraId="7D9C2ED5" w14:textId="77777777" w:rsidR="001326F8" w:rsidRDefault="00D752E2">
      <w:pPr>
        <w:pStyle w:val="Heading2"/>
      </w:pPr>
      <w:r>
        <w:t>Act one: the build</w:t>
      </w:r>
    </w:p>
    <w:p w14:paraId="6BBD93DE" w14:textId="77777777" w:rsidR="001326F8" w:rsidRDefault="00D752E2">
      <w:r>
        <w:t>The days that followed didn't look like a technology story. They looked like a life.</w:t>
      </w:r>
    </w:p>
    <w:p w14:paraId="62DE9A77" w14:textId="73F911A6" w:rsidR="001326F8" w:rsidRDefault="00012EC7">
      <w:r>
        <w:t>I</w:t>
      </w:r>
      <w:r w:rsidR="00D752E2">
        <w:t xml:space="preserve"> worked at night, after his day job — his own time, nobody's clock but his. Some of the best ideas came at two in the morning, typed with one eye open. Others came on quiet weekend mornings, coffee in hand, the house still asleep.</w:t>
      </w:r>
    </w:p>
    <w:p w14:paraId="10D8B9F3" w14:textId="77777777" w:rsidR="001326F8" w:rsidRDefault="00D752E2">
      <w:r>
        <w:t>And on that screen, something extraordinary was happening.</w:t>
      </w:r>
    </w:p>
    <w:p w14:paraId="65625646" w14:textId="77777777" w:rsidR="001326F8" w:rsidRDefault="00D752E2">
      <w:r>
        <w:t xml:space="preserve">A website rose up — pages, branding, copy. Then operations systems: ticketing workflows, monitoring infrastructure, a visual model of the whole business that looked like a spider's web. </w:t>
      </w:r>
      <w:r>
        <w:lastRenderedPageBreak/>
        <w:t>Marketing campaigns. Pitch packets. Financial tracking. Ninety-nine problems got solved. New ones showed up the next day and got solved too.</w:t>
      </w:r>
    </w:p>
    <w:p w14:paraId="0894A1B6" w14:textId="77777777" w:rsidR="001326F8" w:rsidRDefault="00D752E2">
      <w:r>
        <w:t>It was like having an entire team in his pocket. The AI wrote. It designed. It checked his work. It caught things he missed. It never slept, never complained, never asked for a raise.</w:t>
      </w:r>
    </w:p>
    <w:p w14:paraId="490C7445" w14:textId="14BC6EA3" w:rsidR="001326F8" w:rsidRDefault="00D752E2">
      <w:r>
        <w:t xml:space="preserve">And the strangest part? The long nights didn't drain </w:t>
      </w:r>
      <w:r w:rsidR="00012EC7">
        <w:t>me</w:t>
      </w:r>
      <w:r>
        <w:t xml:space="preserve">. They charged </w:t>
      </w:r>
      <w:r w:rsidR="00012EC7">
        <w:t>me</w:t>
      </w:r>
      <w:r>
        <w:t>.</w:t>
      </w:r>
    </w:p>
    <w:p w14:paraId="7DD55AE5" w14:textId="0C5DA1F3" w:rsidR="001326F8" w:rsidRDefault="00012EC7">
      <w:r>
        <w:t>I</w:t>
      </w:r>
      <w:r w:rsidR="00D752E2">
        <w:t xml:space="preserve"> </w:t>
      </w:r>
      <w:proofErr w:type="gramStart"/>
      <w:r w:rsidR="00D752E2">
        <w:t>stay</w:t>
      </w:r>
      <w:proofErr w:type="gramEnd"/>
      <w:r w:rsidR="00D752E2">
        <w:t xml:space="preserve"> up testing how fast they could go — one more page, one more system, one more "let's see if it can do this." Weekends disappeared into </w:t>
      </w:r>
      <w:proofErr w:type="gramStart"/>
      <w:r w:rsidR="00D752E2">
        <w:t>the work</w:t>
      </w:r>
      <w:proofErr w:type="gramEnd"/>
      <w:r w:rsidR="00D752E2">
        <w:t xml:space="preserve"> and </w:t>
      </w:r>
      <w:r>
        <w:t>I</w:t>
      </w:r>
      <w:r w:rsidR="00D752E2">
        <w:t xml:space="preserve"> didn't miss them. There was an excitement to it, an energy he hadn't felt in years. Every morning he woke up remotivated, already thinking about what they'd build that night.</w:t>
      </w:r>
      <w:r>
        <w:t xml:space="preserve"> My </w:t>
      </w:r>
      <w:proofErr w:type="spellStart"/>
      <w:r>
        <w:t>facebook</w:t>
      </w:r>
      <w:proofErr w:type="spellEnd"/>
      <w:r>
        <w:t xml:space="preserve"> obsession and distraction level went to zero.  No </w:t>
      </w:r>
      <w:proofErr w:type="gramStart"/>
      <w:r>
        <w:t>politics</w:t>
      </w:r>
      <w:proofErr w:type="gramEnd"/>
      <w:r>
        <w:t xml:space="preserve"> no drama could enter my mind.   For the first time a tool was created to finally break the control and set you free to build. </w:t>
      </w:r>
    </w:p>
    <w:p w14:paraId="7D0D0F9B" w14:textId="2B5C8906" w:rsidR="001326F8" w:rsidRDefault="00012EC7">
      <w:r>
        <w:t>I</w:t>
      </w:r>
      <w:r w:rsidR="00D752E2">
        <w:t xml:space="preserve"> wasn't burning out. </w:t>
      </w:r>
      <w:r>
        <w:t>I</w:t>
      </w:r>
      <w:r w:rsidR="00D752E2">
        <w:t xml:space="preserve"> </w:t>
      </w:r>
      <w:proofErr w:type="gramStart"/>
      <w:r w:rsidR="00D752E2">
        <w:t>was waking</w:t>
      </w:r>
      <w:proofErr w:type="gramEnd"/>
      <w:r w:rsidR="00D752E2">
        <w:t xml:space="preserve"> up.</w:t>
      </w:r>
    </w:p>
    <w:p w14:paraId="791C966E" w14:textId="77777777" w:rsidR="001326F8" w:rsidRDefault="00D752E2">
      <w:r>
        <w:t>But here's the thing nobody tells you about working this way: the machine is only half the story.</w:t>
      </w:r>
    </w:p>
    <w:p w14:paraId="58C3F42B" w14:textId="24B697F8" w:rsidR="001326F8" w:rsidRDefault="00D752E2">
      <w:r>
        <w:t xml:space="preserve">The AI couldn't want anything. It couldn't care about </w:t>
      </w:r>
      <w:r w:rsidR="00012EC7">
        <w:t>my</w:t>
      </w:r>
      <w:r>
        <w:t xml:space="preserve"> thirteen-year-old son. It couldn't walk into a client's office, shake a hand, and read the room. It didn't know why </w:t>
      </w:r>
      <w:r w:rsidR="00012EC7">
        <w:t>I</w:t>
      </w:r>
      <w:r>
        <w:t xml:space="preserve"> was doing any of this.</w:t>
      </w:r>
    </w:p>
    <w:p w14:paraId="707AF959" w14:textId="7472C865" w:rsidR="001326F8" w:rsidRDefault="00012EC7">
      <w:r>
        <w:t>I</w:t>
      </w:r>
      <w:r w:rsidR="00D752E2">
        <w:t xml:space="preserve"> did.</w:t>
      </w:r>
    </w:p>
    <w:p w14:paraId="38BCC278" w14:textId="71C127C3" w:rsidR="001326F8" w:rsidRDefault="00D752E2">
      <w:r>
        <w:t xml:space="preserve">Every decision that mattered — what to build, what to skip, what was good enough and what wasn't — that was </w:t>
      </w:r>
      <w:r w:rsidR="00012EC7">
        <w:t>me</w:t>
      </w:r>
      <w:r>
        <w:t xml:space="preserve">. The machine moved fast. </w:t>
      </w:r>
      <w:r w:rsidR="00012EC7">
        <w:t>I</w:t>
      </w:r>
      <w:r>
        <w:t xml:space="preserve"> decided where to go.</w:t>
      </w:r>
    </w:p>
    <w:p w14:paraId="3C7D483D" w14:textId="77777777" w:rsidR="001326F8" w:rsidRDefault="00D752E2">
      <w:r>
        <w:t>────────────────────────────────────────</w:t>
      </w:r>
    </w:p>
    <w:p w14:paraId="2D49336A" w14:textId="77777777" w:rsidR="001326F8" w:rsidRDefault="00D752E2">
      <w:pPr>
        <w:pStyle w:val="Heading2"/>
      </w:pPr>
      <w:r>
        <w:t>Act two: the rings</w:t>
      </w:r>
    </w:p>
    <w:p w14:paraId="6C462885" w14:textId="39D00832" w:rsidR="001326F8" w:rsidRDefault="00D752E2">
      <w:r>
        <w:t xml:space="preserve">Somewhere in the second week, </w:t>
      </w:r>
      <w:r w:rsidR="00012EC7">
        <w:t>I</w:t>
      </w:r>
      <w:r>
        <w:t xml:space="preserve"> started trying to explain to </w:t>
      </w:r>
      <w:r w:rsidR="00012EC7">
        <w:t>myself</w:t>
      </w:r>
      <w:r>
        <w:t xml:space="preserve"> what this technology </w:t>
      </w:r>
      <w:proofErr w:type="gramStart"/>
      <w:r>
        <w:t>actually is</w:t>
      </w:r>
      <w:proofErr w:type="gramEnd"/>
      <w:r>
        <w:t>. And he kept coming back to a tree.</w:t>
      </w:r>
    </w:p>
    <w:p w14:paraId="5A8D6D4D" w14:textId="77777777" w:rsidR="001326F8" w:rsidRDefault="00D752E2">
      <w:r>
        <w:t>Cut a tree open and the rings tell you its age. Each ring is a year of growth — the fast years, the slow years, the hard years, all visible if you know how to look.</w:t>
      </w:r>
    </w:p>
    <w:p w14:paraId="7EA70DE4" w14:textId="77777777" w:rsidR="001326F8" w:rsidRDefault="00D752E2">
      <w:r>
        <w:t>AI is like that. And we're in the early rings.</w:t>
      </w:r>
    </w:p>
    <w:p w14:paraId="69CCEBBF" w14:textId="77777777" w:rsidR="001326F8" w:rsidRDefault="00D752E2">
      <w:r>
        <w:t>In the beginning, the rings were wide apart — big chunks with big gaps between them. That's why early AI felt clunky. It felt square. It jumped from one segment to the next, and you felt every jump, like driving a road full of potholes.</w:t>
      </w:r>
    </w:p>
    <w:p w14:paraId="757CEB68" w14:textId="2C642CAD" w:rsidR="001326F8" w:rsidRDefault="00D752E2">
      <w:r>
        <w:t xml:space="preserve">Then </w:t>
      </w:r>
      <w:r w:rsidR="00012EC7">
        <w:t>they got layered,</w:t>
      </w:r>
      <w:r>
        <w:t xml:space="preserve"> got smarter. </w:t>
      </w:r>
      <w:r w:rsidR="00012EC7">
        <w:t>Engineers</w:t>
      </w:r>
      <w:r>
        <w:t xml:space="preserve"> saw the gaps and built bridges across them. But inside those bridges were more holes — the rings were segmented, like a hard disk platter cut into pieces. </w:t>
      </w:r>
      <w:proofErr w:type="gramStart"/>
      <w:r>
        <w:t>So</w:t>
      </w:r>
      <w:proofErr w:type="gramEnd"/>
      <w:r>
        <w:t xml:space="preserve"> </w:t>
      </w:r>
      <w:r w:rsidR="00012EC7">
        <w:t>they</w:t>
      </w:r>
      <w:r>
        <w:t xml:space="preserve"> filled those</w:t>
      </w:r>
      <w:r w:rsidR="00012EC7">
        <w:t xml:space="preserve"> holes. </w:t>
      </w:r>
    </w:p>
    <w:p w14:paraId="545FD9A2" w14:textId="77777777" w:rsidR="001326F8" w:rsidRDefault="00D752E2">
      <w:r>
        <w:lastRenderedPageBreak/>
        <w:t>Every improvement brought things closer together. Denser. More complex. But here's what nobody tells you: every new layer revealed more holes. Smaller ones, but more of them. So we'd fill those, and then we'd need another layer. The cycle never stopped.</w:t>
      </w:r>
    </w:p>
    <w:p w14:paraId="7C2D0892" w14:textId="77777777" w:rsidR="001326F8" w:rsidRDefault="00D752E2">
      <w:r>
        <w:t>But the further you go, the smoother it gets. It's like building a road. Big holes are big bumps. Fill them all and millions of tiny holes remain — but they're so small you don't feel them. The road feels like smooth blacktop.</w:t>
      </w:r>
    </w:p>
    <w:p w14:paraId="66AEB861" w14:textId="77777777" w:rsidR="001326F8" w:rsidRDefault="00D752E2">
      <w:r>
        <w:t>That's where we are. The road feels smooth. But the holes are still there. They always will be. The gap-filling never ends.</w:t>
      </w:r>
    </w:p>
    <w:p w14:paraId="57E45E71" w14:textId="77777777" w:rsidR="001326F8" w:rsidRDefault="00D752E2">
      <w:r>
        <w:t>────────────────────────────────────────</w:t>
      </w:r>
    </w:p>
    <w:p w14:paraId="6F0802E5" w14:textId="782A50AE" w:rsidR="001326F8" w:rsidRDefault="00012EC7">
      <w:pPr>
        <w:pStyle w:val="Heading2"/>
      </w:pPr>
      <w:r>
        <w:t>My Theory of</w:t>
      </w:r>
      <w:r w:rsidR="00D752E2">
        <w:t xml:space="preserve"> the </w:t>
      </w:r>
      <w:r>
        <w:t>“</w:t>
      </w:r>
      <w:r w:rsidR="00D752E2">
        <w:t>God Code</w:t>
      </w:r>
      <w:r>
        <w:t>”</w:t>
      </w:r>
    </w:p>
    <w:p w14:paraId="2163EFF9" w14:textId="64F54B40" w:rsidR="001326F8" w:rsidRDefault="00D752E2">
      <w:r>
        <w:t>And that's when</w:t>
      </w:r>
      <w:r w:rsidR="00012EC7">
        <w:t xml:space="preserve"> I</w:t>
      </w:r>
      <w:r>
        <w:t xml:space="preserve"> found the thing </w:t>
      </w:r>
      <w:r w:rsidR="00012EC7">
        <w:t>I</w:t>
      </w:r>
      <w:r>
        <w:t xml:space="preserve"> can't stop thinking about.</w:t>
      </w:r>
    </w:p>
    <w:p w14:paraId="11F9E2C6" w14:textId="7B8C7FAE" w:rsidR="001326F8" w:rsidRDefault="00012EC7">
      <w:r>
        <w:t>I</w:t>
      </w:r>
      <w:r w:rsidR="00D752E2">
        <w:t xml:space="preserve"> call</w:t>
      </w:r>
      <w:r w:rsidR="00D752E2">
        <w:t xml:space="preserve"> it the God Code. It's what the world is in search of. It is what we fear has been found.</w:t>
      </w:r>
    </w:p>
    <w:p w14:paraId="3A7D8C10" w14:textId="77777777" w:rsidR="001326F8" w:rsidRDefault="00D752E2">
      <w:r>
        <w:t>Every lab, every company, every government — they're all looking for it. The code that closes the last gap. The thing that makes the machine truly think, truly understand, truly be. And the fear underneath all of it is that someone, somewhere, has already found it, and the rest of us just don't know yet.</w:t>
      </w:r>
    </w:p>
    <w:p w14:paraId="7D731C3F" w14:textId="04EB81B5" w:rsidR="001326F8" w:rsidRDefault="00D752E2">
      <w:r>
        <w:t xml:space="preserve">Here's what </w:t>
      </w:r>
      <w:r w:rsidR="001708B0">
        <w:t>I have</w:t>
      </w:r>
      <w:r>
        <w:t xml:space="preserve"> found, at the level offered to ordinary people — the tools you and I can </w:t>
      </w:r>
      <w:proofErr w:type="gramStart"/>
      <w:r>
        <w:t>actually touch</w:t>
      </w:r>
      <w:proofErr w:type="gramEnd"/>
      <w:r>
        <w:t>.</w:t>
      </w:r>
    </w:p>
    <w:p w14:paraId="440FA64E" w14:textId="77777777" w:rsidR="001326F8" w:rsidRDefault="00D752E2">
      <w:r>
        <w:t>The denser the system gets, the more human input it takes to make it function. Every layer of improvement needs a human to see the holes, understand them, and figure out how to fill them. The machine can rewrite and duplicate forever — but it doesn't know when to stop. It doesn't know what matters. Only a person knows that.</w:t>
      </w:r>
    </w:p>
    <w:p w14:paraId="276BDD46" w14:textId="77777777" w:rsidR="001326F8" w:rsidRDefault="00D752E2">
      <w:r>
        <w:t>The human mind is the one code we can't write. We can't replicate it, can't code around it, can't fill it in with density.</w:t>
      </w:r>
    </w:p>
    <w:p w14:paraId="70147F39" w14:textId="77777777" w:rsidR="001326F8" w:rsidRDefault="00D752E2">
      <w:r>
        <w:t>The holes never go away. And filling them — really filling them — takes a human mind.</w:t>
      </w:r>
    </w:p>
    <w:p w14:paraId="5D61A1C5" w14:textId="77777777" w:rsidR="001326F8" w:rsidRDefault="00D752E2">
      <w:r>
        <w:t>That's not a limitation. That's the whole point. The God Code isn't something we find in the machine. It's the thing the machine will always need from us.</w:t>
      </w:r>
    </w:p>
    <w:p w14:paraId="0587EA59" w14:textId="77777777" w:rsidR="001326F8" w:rsidRDefault="00D752E2">
      <w:r>
        <w:t>────────────────────────────────────────</w:t>
      </w:r>
    </w:p>
    <w:p w14:paraId="5D8E6763" w14:textId="6E8C812E" w:rsidR="001708B0" w:rsidRDefault="001708B0">
      <w:r>
        <w:t xml:space="preserve">Conclusion from the </w:t>
      </w:r>
      <w:proofErr w:type="gramStart"/>
      <w:r>
        <w:t>50 year old</w:t>
      </w:r>
      <w:proofErr w:type="gramEnd"/>
      <w:r>
        <w:t xml:space="preserve">, single </w:t>
      </w:r>
      <w:proofErr w:type="gramStart"/>
      <w:r>
        <w:t>dad..</w:t>
      </w:r>
      <w:proofErr w:type="gramEnd"/>
      <w:r>
        <w:t xml:space="preserve">   </w:t>
      </w:r>
      <w:proofErr w:type="gramStart"/>
      <w:r>
        <w:t>( really</w:t>
      </w:r>
      <w:proofErr w:type="gramEnd"/>
      <w:r>
        <w:t xml:space="preserve">, who </w:t>
      </w:r>
      <w:proofErr w:type="gramStart"/>
      <w:r>
        <w:t xml:space="preserve">am </w:t>
      </w:r>
      <w:proofErr w:type="spellStart"/>
      <w:r>
        <w:t>i</w:t>
      </w:r>
      <w:proofErr w:type="spellEnd"/>
      <w:proofErr w:type="gramEnd"/>
      <w:r>
        <w:t xml:space="preserve">) </w:t>
      </w:r>
    </w:p>
    <w:p w14:paraId="13FA5232" w14:textId="69B2FE98" w:rsidR="001326F8" w:rsidRDefault="00D752E2">
      <w:r>
        <w:t xml:space="preserve">Three weeks after that ordinary night in September, </w:t>
      </w:r>
      <w:proofErr w:type="gramStart"/>
      <w:r w:rsidR="001708B0">
        <w:t>We</w:t>
      </w:r>
      <w:proofErr w:type="gramEnd"/>
      <w:r w:rsidR="001708B0">
        <w:t xml:space="preserve"> created a </w:t>
      </w:r>
      <w:r>
        <w:t>company. A real one — website live, systems running, campaigns ready, a launch date circled on the calendar.</w:t>
      </w:r>
    </w:p>
    <w:p w14:paraId="05300F5A" w14:textId="54E95883" w:rsidR="001326F8" w:rsidRDefault="001708B0">
      <w:r>
        <w:lastRenderedPageBreak/>
        <w:t>We built it together</w:t>
      </w:r>
      <w:r w:rsidR="00D752E2">
        <w:t xml:space="preserve">. But </w:t>
      </w:r>
      <w:r>
        <w:t xml:space="preserve">I always knew that </w:t>
      </w:r>
      <w:r w:rsidR="00D752E2">
        <w:t>it</w:t>
      </w:r>
      <w:r>
        <w:t xml:space="preserve"> </w:t>
      </w:r>
      <w:proofErr w:type="gramStart"/>
      <w:r>
        <w:t>has to</w:t>
      </w:r>
      <w:proofErr w:type="gramEnd"/>
      <w:r>
        <w:t xml:space="preserve"> be </w:t>
      </w:r>
      <w:r w:rsidR="00D752E2">
        <w:t>the human up front, making every call that counted, with the machine behind him doing what machines do best: fast, tireless</w:t>
      </w:r>
      <w:r>
        <w:t xml:space="preserve"> work</w:t>
      </w:r>
      <w:r w:rsidR="00D752E2">
        <w:t>, and always</w:t>
      </w:r>
      <w:r>
        <w:t xml:space="preserve"> available. </w:t>
      </w:r>
    </w:p>
    <w:p w14:paraId="1FC9923D" w14:textId="7FC3CA1B" w:rsidR="001326F8" w:rsidRDefault="00D752E2">
      <w:r>
        <w:t>Not beside. Not instead.</w:t>
      </w:r>
      <w:r w:rsidR="001708B0">
        <w:t xml:space="preserve"> But behind the Human</w:t>
      </w:r>
      <w:r>
        <w:t>.</w:t>
      </w:r>
    </w:p>
    <w:p w14:paraId="12FBFDE3" w14:textId="1A3A2231" w:rsidR="001326F8" w:rsidRDefault="001708B0">
      <w:r>
        <w:t>I</w:t>
      </w:r>
      <w:r w:rsidR="00D752E2">
        <w:t xml:space="preserve"> still go</w:t>
      </w:r>
      <w:r w:rsidR="00D752E2">
        <w:t xml:space="preserve"> out in the field. </w:t>
      </w:r>
      <w:r>
        <w:t>I</w:t>
      </w:r>
      <w:r w:rsidR="00D752E2">
        <w:t xml:space="preserve"> still </w:t>
      </w:r>
      <w:proofErr w:type="gramStart"/>
      <w:r w:rsidR="00D752E2">
        <w:t>loves</w:t>
      </w:r>
      <w:proofErr w:type="gramEnd"/>
      <w:r w:rsidR="00D752E2">
        <w:t xml:space="preserve"> being in the room when a solution comes to life. </w:t>
      </w:r>
      <w:proofErr w:type="gramStart"/>
      <w:r w:rsidR="00D752E2">
        <w:t>The technology</w:t>
      </w:r>
      <w:proofErr w:type="gramEnd"/>
      <w:r w:rsidR="00D752E2">
        <w:t xml:space="preserve"> didn't make </w:t>
      </w:r>
      <w:r>
        <w:t>me</w:t>
      </w:r>
      <w:r w:rsidR="00D752E2">
        <w:t xml:space="preserve"> want to stay home</w:t>
      </w:r>
      <w:r>
        <w:t xml:space="preserve"> and automate my cash streams</w:t>
      </w:r>
      <w:r w:rsidR="00D752E2">
        <w:t xml:space="preserve"> — it gave </w:t>
      </w:r>
      <w:r>
        <w:t xml:space="preserve">me </w:t>
      </w:r>
      <w:r w:rsidR="00D752E2">
        <w:t xml:space="preserve">the confidence to go bigger than he ever could before. </w:t>
      </w:r>
      <w:r>
        <w:t>My</w:t>
      </w:r>
      <w:r w:rsidR="00D752E2">
        <w:t xml:space="preserve"> son is watching </w:t>
      </w:r>
      <w:r>
        <w:t>me</w:t>
      </w:r>
      <w:r w:rsidR="00D752E2">
        <w:t xml:space="preserve"> build something real. That's the whole point of everything.</w:t>
      </w:r>
    </w:p>
    <w:p w14:paraId="6847AB21" w14:textId="746FBCA1" w:rsidR="001326F8" w:rsidRDefault="00D752E2">
      <w:r>
        <w:t xml:space="preserve">And here's the part </w:t>
      </w:r>
      <w:r w:rsidR="001708B0">
        <w:t>I</w:t>
      </w:r>
      <w:r>
        <w:t xml:space="preserve"> </w:t>
      </w:r>
      <w:proofErr w:type="gramStart"/>
      <w:r>
        <w:t>wants</w:t>
      </w:r>
      <w:proofErr w:type="gramEnd"/>
      <w:r>
        <w:t xml:space="preserve"> you to sit with:</w:t>
      </w:r>
    </w:p>
    <w:p w14:paraId="207CFDA3" w14:textId="77777777" w:rsidR="001326F8" w:rsidRDefault="00D752E2">
      <w:r>
        <w:t>In three weeks, one man and one machine built what used to take a team of twenty. The website. The operations. The monitoring. All of it — designed, tested, broken, fixed, and launched.</w:t>
      </w:r>
    </w:p>
    <w:p w14:paraId="761B1839" w14:textId="77777777" w:rsidR="001326F8" w:rsidRDefault="00D752E2">
      <w:r>
        <w:t>What would you build, if you had that?</w:t>
      </w:r>
    </w:p>
    <w:p w14:paraId="087D43E3" w14:textId="04A91294" w:rsidR="001326F8" w:rsidRDefault="001708B0">
      <w:proofErr w:type="spellStart"/>
      <w:r>
        <w:t>Id</w:t>
      </w:r>
      <w:proofErr w:type="spellEnd"/>
      <w:r w:rsidR="00D752E2">
        <w:t xml:space="preserve"> love to show you</w:t>
      </w:r>
      <w:r>
        <w:t xml:space="preserve"> what I did</w:t>
      </w:r>
      <w:r w:rsidR="00D752E2">
        <w:t>. The systems are real. The story is real. The only question left is what happens next — and that's a conversation he'd rather have with you in person.</w:t>
      </w:r>
    </w:p>
    <w:p w14:paraId="48A214A3" w14:textId="77777777" w:rsidR="001326F8" w:rsidRDefault="00D752E2">
      <w:r>
        <w:t>Because some things still need a human voice.</w:t>
      </w:r>
    </w:p>
    <w:p w14:paraId="0CFE7B66" w14:textId="77777777" w:rsidR="001326F8" w:rsidRDefault="00D752E2">
      <w:r>
        <w:t>────────────────────────────────────────</w:t>
      </w:r>
    </w:p>
    <w:p w14:paraId="19D0A4CA" w14:textId="4BEFCC75" w:rsidR="001326F8" w:rsidRDefault="00D752E2">
      <w:r>
        <w:rPr>
          <w:i/>
        </w:rPr>
        <w:t>Louis G. Henschel is a network engineer and a father based in Dover, Delaware. In the fall of 2026, he spent three weeks building a company alongside AI — and wrote this about what it taught him.</w:t>
      </w:r>
      <w:r w:rsidR="00C0520D">
        <w:rPr>
          <w:i/>
        </w:rPr>
        <w:t xml:space="preserve"> Henscheltech.com    full MSP in 14 days, Grok, Claud and Muse are multiring automated business models.   It Launches this month in Dover Delaware.  THE FIRST EVER “AI GROWN, HOME GROWN” business.   Full systems in house, live and less than 500$ invested!!!  </w:t>
      </w:r>
    </w:p>
    <w:p w14:paraId="744E9DB7" w14:textId="77777777" w:rsidR="001326F8" w:rsidRDefault="00D752E2">
      <w:r>
        <w:br w:type="page"/>
      </w:r>
    </w:p>
    <w:p w14:paraId="07056880" w14:textId="77777777" w:rsidR="001326F8" w:rsidRDefault="00D752E2">
      <w:pPr>
        <w:pStyle w:val="Heading1"/>
      </w:pPr>
      <w:r>
        <w:lastRenderedPageBreak/>
        <w:t>Pitch Templates (Editable — Human-Touch Required)</w:t>
      </w:r>
    </w:p>
    <w:p w14:paraId="7586A314" w14:textId="77777777" w:rsidR="001326F8" w:rsidRDefault="00D752E2">
      <w:pPr>
        <w:pStyle w:val="IntenseQuote"/>
      </w:pPr>
      <w:r>
        <w:t>Rule: Louis human-touches every pitch before sending. MIT Tech Review auto-deletes AI-written pitches.</w:t>
      </w:r>
    </w:p>
    <w:p w14:paraId="492B3964" w14:textId="77777777" w:rsidR="001326F8" w:rsidRDefault="00D752E2">
      <w:r>
        <w:t>Status: DRAFT — Louis human-touches every pitch before sending. No pitch goes out as-is.</w:t>
      </w:r>
    </w:p>
    <w:p w14:paraId="1A458660" w14:textId="77777777" w:rsidR="001326F8" w:rsidRDefault="00D752E2">
      <w:r>
        <w:t>From: marketing@henscheltech.com</w:t>
      </w:r>
    </w:p>
    <w:p w14:paraId="7840CA91" w14:textId="77777777" w:rsidR="001326F8" w:rsidRDefault="00D752E2">
      <w:r>
        <w:t>Rule: Story-first. Not a business pitch. Not a PR blast. Personal and earned.</w:t>
      </w:r>
    </w:p>
    <w:p w14:paraId="68A817A2" w14:textId="77777777" w:rsidR="001326F8" w:rsidRDefault="00D752E2">
      <w:r>
        <w:t>---</w:t>
      </w:r>
    </w:p>
    <w:p w14:paraId="139F7E8A" w14:textId="77777777" w:rsidR="001326F8" w:rsidRDefault="00D752E2">
      <w:pPr>
        <w:pStyle w:val="Heading2"/>
      </w:pPr>
      <w:r>
        <w:t>TEMPLATE A — Essay outlets (Wired Ideas, MIT TR opinion)</w:t>
      </w:r>
    </w:p>
    <w:p w14:paraId="68C6420E" w14:textId="77777777" w:rsidR="001326F8" w:rsidRDefault="00D752E2">
      <w:r>
        <w:t>To: ideas@wired.com (or opinion@technologyreview.com)</w:t>
      </w:r>
    </w:p>
    <w:p w14:paraId="18E10FB2" w14:textId="77777777" w:rsidR="001326F8" w:rsidRDefault="00D752E2">
      <w:r>
        <w:t>Subject: Op-Ed Pitch: What three weeks building a company with AI taught me about what it actually is</w:t>
      </w:r>
    </w:p>
    <w:p w14:paraId="0D23D5C4" w14:textId="77777777" w:rsidR="001326F8" w:rsidRDefault="00D752E2">
      <w:r>
        <w:t>Hi —</w:t>
      </w:r>
    </w:p>
    <w:p w14:paraId="32CC793A" w14:textId="77777777" w:rsidR="001326F8" w:rsidRDefault="00D752E2">
      <w:r>
        <w:t>I'm a network engineer from Dover, Delaware. Three weeks ago I started building my company alongside an AI assistant. Three weeks later the company was real — website, operations platform, marketing, monitoring, a launch date.</w:t>
      </w:r>
    </w:p>
    <w:p w14:paraId="6953624F" w14:textId="77777777" w:rsidR="001326F8" w:rsidRDefault="00D752E2">
      <w:r>
        <w:t>I wrote about what I learned: not the hype version, not the fear version. The truth, from inside the build. It includes a theory I developed about how AI actually progresses — I compare it to tree rings, and to building a road — and an argument I think your readers need to hear: that the human mind is the irreplaceable "god code" no amount of machine density can replicate, and that public expectations are being set by systems most people will never touch.</w:t>
      </w:r>
    </w:p>
    <w:p w14:paraId="3EEF7267" w14:textId="77777777" w:rsidR="001326F8" w:rsidRDefault="00D752E2">
      <w:r>
        <w:t>The essay is ~2,000 words, written, ready to send. Title: "Human Up Front, Machine Behind It."</w:t>
      </w:r>
    </w:p>
    <w:p w14:paraId="03049D02" w14:textId="77777777" w:rsidR="001326F8" w:rsidRDefault="00D752E2">
      <w:r>
        <w:t>I'm not a tech founder with funding. I'm a working engineer, a father, a guy who dictated notes from his truck between jobs. I think that's why this perspective doesn't exist yet — it's the AI story from the ground floor.</w:t>
      </w:r>
    </w:p>
    <w:p w14:paraId="6308030E" w14:textId="77777777" w:rsidR="001326F8" w:rsidRDefault="00D752E2">
      <w:r>
        <w:t>Happy to send the full draft.</w:t>
      </w:r>
    </w:p>
    <w:p w14:paraId="456A2C2B" w14:textId="77777777" w:rsidR="001326F8" w:rsidRDefault="00D752E2">
      <w:r>
        <w:t>Louis Henschel</w:t>
      </w:r>
    </w:p>
    <w:p w14:paraId="152D56AC" w14:textId="77777777" w:rsidR="001326F8" w:rsidRDefault="00D752E2">
      <w:r>
        <w:t>Dover, Delaware · marketing@henscheltech.com · 1-302-670-2001</w:t>
      </w:r>
    </w:p>
    <w:p w14:paraId="0762D14A" w14:textId="77777777" w:rsidR="001326F8" w:rsidRDefault="00D752E2">
      <w:r>
        <w:t>---</w:t>
      </w:r>
    </w:p>
    <w:p w14:paraId="7503BE53" w14:textId="77777777" w:rsidR="001326F8" w:rsidRDefault="00D752E2">
      <w:pPr>
        <w:pStyle w:val="Heading2"/>
      </w:pPr>
      <w:r>
        <w:lastRenderedPageBreak/>
        <w:t>TEMPLATE B — Feature editors (Wired Features, MIT TR features)</w:t>
      </w:r>
    </w:p>
    <w:p w14:paraId="2BA96A11" w14:textId="77777777" w:rsidR="001326F8" w:rsidRDefault="00D752E2">
      <w:r>
        <w:t>To: caitlin_kelly@wired.com (or pitch-print@technologyreview.com)</w:t>
      </w:r>
    </w:p>
    <w:p w14:paraId="1D56E804" w14:textId="77777777" w:rsidR="001326F8" w:rsidRDefault="00D752E2">
      <w:r>
        <w:t>Subject: Feature pitch: the Delaware engineer who built a company with AI in three weeks — and wrote down what it really is</w:t>
      </w:r>
    </w:p>
    <w:p w14:paraId="2A0FB320" w14:textId="77777777" w:rsidR="001326F8" w:rsidRDefault="00D752E2">
      <w:r>
        <w:t>Hi [Name] —</w:t>
      </w:r>
    </w:p>
    <w:p w14:paraId="3757AC04" w14:textId="77777777" w:rsidR="001326F8" w:rsidRDefault="00D752E2">
      <w:r>
        <w:t>Pitching a first-person feature: a network engineer from Dover, Delaware spent three weeks building a real company alongside an AI — then wrote an unsparing essay about what the technology actually is, what it isn't, and why the human still matters most.</w:t>
      </w:r>
    </w:p>
    <w:p w14:paraId="396EE3AE" w14:textId="77777777" w:rsidR="001326F8" w:rsidRDefault="00D752E2">
      <w:r>
        <w:t>The details that make it a story, not a think piece:</w:t>
      </w:r>
    </w:p>
    <w:p w14:paraId="6E2155F6" w14:textId="77777777" w:rsidR="001326F8" w:rsidRDefault="00D752E2">
      <w:r>
        <w:t>- He built at 2 AM, dictating from his truck between jobs. The build log exists.</w:t>
      </w:r>
    </w:p>
    <w:p w14:paraId="0FEBB0B6" w14:textId="77777777" w:rsidR="001326F8" w:rsidRDefault="00D752E2">
      <w:r>
        <w:t>- He asked three independent AI systems to tear his operations platform apart with no flattery allowed — and published every criticism internally. ("This all goes in the story of us.")</w:t>
      </w:r>
    </w:p>
    <w:p w14:paraId="5FE6F0C9" w14:textId="77777777" w:rsidR="001326F8" w:rsidRDefault="00D752E2">
      <w:r>
        <w:t>- His theory of AI progress — "tree rings," getting denser but never closing the holes — came out of the work, not a lab.</w:t>
      </w:r>
    </w:p>
    <w:p w14:paraId="39B0317A" w14:textId="77777777" w:rsidR="001326F8" w:rsidRDefault="00D752E2">
      <w:r>
        <w:t>- His line: "Human up front, machine behind it." His rule for deployment, and the essay's title.</w:t>
      </w:r>
    </w:p>
    <w:p w14:paraId="3766E2B9" w14:textId="77777777" w:rsidR="001326F8" w:rsidRDefault="00D752E2">
      <w:r>
        <w:t>He's available for interview, direct and quotable, no PR handler. Essay draft available now (~2,000 words). Documentation of the three-week build available on request.</w:t>
      </w:r>
    </w:p>
    <w:p w14:paraId="01149F0A" w14:textId="77777777" w:rsidR="001326F8" w:rsidRDefault="00D752E2">
      <w:r>
        <w:t>Worth a conversation?</w:t>
      </w:r>
    </w:p>
    <w:p w14:paraId="0F25EF38" w14:textId="77777777" w:rsidR="001326F8" w:rsidRDefault="00D752E2">
      <w:r>
        <w:t>Louis Henschel (via marketing@henscheltech.com) · 1-302-670-2001 · Dover, Delaware</w:t>
      </w:r>
    </w:p>
    <w:p w14:paraId="3D56EDBE" w14:textId="77777777" w:rsidR="001326F8" w:rsidRDefault="00D752E2">
      <w:r>
        <w:t>---</w:t>
      </w:r>
    </w:p>
    <w:p w14:paraId="4AEB726B" w14:textId="77777777" w:rsidR="001326F8" w:rsidRDefault="00D752E2">
      <w:pPr>
        <w:pStyle w:val="Heading2"/>
      </w:pPr>
      <w:r>
        <w:t>TEMPLATE C — TechCrunch (tips route)</w:t>
      </w:r>
    </w:p>
    <w:p w14:paraId="459153AE" w14:textId="77777777" w:rsidR="001326F8" w:rsidRDefault="00D752E2">
      <w:r>
        <w:t>To: tips@techcrunch.com</w:t>
      </w:r>
    </w:p>
    <w:p w14:paraId="734407C2" w14:textId="77777777" w:rsidR="001326F8" w:rsidRDefault="00D752E2">
      <w:r>
        <w:t>Subject: Tip: founder built a company with AI in 3 weeks, wrote the essay the AI industry won't</w:t>
      </w:r>
    </w:p>
    <w:p w14:paraId="13EA9D9B" w14:textId="77777777" w:rsidR="001326F8" w:rsidRDefault="00D752E2">
      <w:r>
        <w:t>Quick tip —</w:t>
      </w:r>
    </w:p>
    <w:p w14:paraId="2AAD0E2A" w14:textId="77777777" w:rsidR="001326F8" w:rsidRDefault="00D752E2">
      <w:r>
        <w:t>Louis Henschel, a network engineer in Dover, Delaware, built his managed IT company alongside an AI assistant in three weeks (Sept 18 – Oct 10). Then he wrote about what he actually learned: a first-person essay called "Human Up Front, Machine Behind It."</w:t>
      </w:r>
    </w:p>
    <w:p w14:paraId="4C052657" w14:textId="77777777" w:rsidR="001326F8" w:rsidRDefault="00D752E2">
      <w:r>
        <w:t xml:space="preserve">The angle that isn't the usual AI-founder story: he's blunt about the technology's limits. His "tree rings" theory of AI progress, his "god code" argument (the human mind is the one thing density </w:t>
      </w:r>
      <w:r>
        <w:lastRenderedPageBreak/>
        <w:t>can't replicate), and his warning that public expectations are set by systems regular people will never touch.</w:t>
      </w:r>
    </w:p>
    <w:p w14:paraId="7C9CC393" w14:textId="77777777" w:rsidR="001326F8" w:rsidRDefault="00D752E2">
      <w:r>
        <w:t>He's not pitching a product. He's got a story and he's quotable. Happy to connect you.</w:t>
      </w:r>
    </w:p>
    <w:p w14:paraId="2507D4CA" w14:textId="77777777" w:rsidR="001326F8" w:rsidRDefault="00D752E2">
      <w:r>
        <w:t>marketing@henscheltech.com · 1-302-670-2001</w:t>
      </w:r>
    </w:p>
    <w:p w14:paraId="387B22EC" w14:textId="77777777" w:rsidR="001326F8" w:rsidRDefault="00D752E2">
      <w:r>
        <w:t>---</w:t>
      </w:r>
    </w:p>
    <w:p w14:paraId="66F793E5" w14:textId="77777777" w:rsidR="001326F8" w:rsidRDefault="00D752E2">
      <w:pPr>
        <w:pStyle w:val="Heading2"/>
      </w:pPr>
      <w:r>
        <w:t>TEMPLATE D — Podcasts (guest pitch)</w:t>
      </w:r>
    </w:p>
    <w:p w14:paraId="42F1A211" w14:textId="77777777" w:rsidR="001326F8" w:rsidRDefault="00D752E2">
      <w:r>
        <w:t>To: [podcast guest contact]</w:t>
      </w:r>
    </w:p>
    <w:p w14:paraId="4AE332E7" w14:textId="77777777" w:rsidR="001326F8" w:rsidRDefault="00D752E2">
      <w:r>
        <w:t>Subject: Guest pitch: the engineer who built a company with AI in 3 weeks — and has thoughts</w:t>
      </w:r>
    </w:p>
    <w:p w14:paraId="0924A1C3" w14:textId="77777777" w:rsidR="001326F8" w:rsidRDefault="00D752E2">
      <w:r>
        <w:t>Hi —</w:t>
      </w:r>
    </w:p>
    <w:p w14:paraId="5D5E6126" w14:textId="77777777" w:rsidR="001326F8" w:rsidRDefault="00D752E2">
      <w:r>
        <w:t>Guest suggestion for [Show]: Louis Henschel, a network engineer from Dover, Delaware, who built a real company alongside AI in three weeks and wrote an essay about what he learned — "Human Up Front, Machine Behind It."</w:t>
      </w:r>
    </w:p>
    <w:p w14:paraId="08C1C833" w14:textId="77777777" w:rsidR="001326F8" w:rsidRDefault="00D752E2">
      <w:r>
        <w:t>He's not a VC-backed founder. He's a working engineer, a father, plain-spoken and direct. He'll talk about:</w:t>
      </w:r>
    </w:p>
    <w:p w14:paraId="0D29F465" w14:textId="77777777" w:rsidR="001326F8" w:rsidRDefault="00D752E2">
      <w:r>
        <w:t>- What AI can actually do vs. what people think it can do (from three weeks inside the build)</w:t>
      </w:r>
    </w:p>
    <w:p w14:paraId="1D916C15" w14:textId="77777777" w:rsidR="001326F8" w:rsidRDefault="00D752E2">
      <w:r>
        <w:t>- His "tree rings" theory of how AI really progresses</w:t>
      </w:r>
    </w:p>
    <w:p w14:paraId="6EEC2D9B" w14:textId="77777777" w:rsidR="001326F8" w:rsidRDefault="00D752E2">
      <w:r>
        <w:t>- Why he'll never run a hands-off business — and why the "AI will replace everyone" narrative misses the point</w:t>
      </w:r>
    </w:p>
    <w:p w14:paraId="759E7430" w14:textId="77777777" w:rsidR="001326F8" w:rsidRDefault="00D752E2">
      <w:r>
        <w:t>- The 2 AM peer review where he had three AIs tear his work apart</w:t>
      </w:r>
    </w:p>
    <w:p w14:paraId="5ADC5065" w14:textId="77777777" w:rsidR="001326F8" w:rsidRDefault="00D752E2">
      <w:r>
        <w:t>Good tape. No talking points memo, no handler. Just a guy with a story and opinions.</w:t>
      </w:r>
    </w:p>
    <w:p w14:paraId="51050F61" w14:textId="77777777" w:rsidR="001326F8" w:rsidRDefault="00D752E2">
      <w:r>
        <w:t>Interested? Happy to send the essay.</w:t>
      </w:r>
    </w:p>
    <w:p w14:paraId="4A2BCA2A" w14:textId="77777777" w:rsidR="001326F8" w:rsidRDefault="00D752E2">
      <w:r>
        <w:t>marketing@henscheltech.com · 1-302-670-2001</w:t>
      </w:r>
    </w:p>
    <w:p w14:paraId="0CF78381" w14:textId="77777777" w:rsidR="001326F8" w:rsidRDefault="00D752E2">
      <w:r>
        <w:t>---</w:t>
      </w:r>
    </w:p>
    <w:p w14:paraId="0E7CA1F7" w14:textId="77777777" w:rsidR="001326F8" w:rsidRDefault="00D752E2">
      <w:pPr>
        <w:pStyle w:val="Heading2"/>
      </w:pPr>
      <w:r>
        <w:t>TEMPLATE E — Local press (Delaware)</w:t>
      </w:r>
    </w:p>
    <w:p w14:paraId="5E5E39C0" w14:textId="77777777" w:rsidR="001326F8" w:rsidRDefault="00D752E2">
      <w:r>
        <w:t>To: [Delaware outlet contact]</w:t>
      </w:r>
    </w:p>
    <w:p w14:paraId="5FDA5D5B" w14:textId="77777777" w:rsidR="001326F8" w:rsidRDefault="00D752E2">
      <w:r>
        <w:t>Subject: Dover engineer builds company with AI in three weeks, writes essay on what the technology really is</w:t>
      </w:r>
    </w:p>
    <w:p w14:paraId="573C4765" w14:textId="77777777" w:rsidR="001326F8" w:rsidRDefault="00D752E2">
      <w:r>
        <w:t>Hi [Name] —</w:t>
      </w:r>
    </w:p>
    <w:p w14:paraId="3E8BD7A4" w14:textId="77777777" w:rsidR="001326F8" w:rsidRDefault="00D752E2">
      <w:r>
        <w:lastRenderedPageBreak/>
        <w:t>Local story with a national angle: Louis Henschel, a network engineer from Dover, built his new company — Henschel Technologies — alongside an AI assistant in three weeks. Then he wrote an essay about the experience that's aimed at the national tech press: "Human Up Front, Machine Behind It."</w:t>
      </w:r>
    </w:p>
    <w:p w14:paraId="15DC8247" w14:textId="77777777" w:rsidR="001326F8" w:rsidRDefault="00D752E2">
      <w:r>
        <w:t>It's a first-person account of what AI can and can't do, written from the ground floor — the truck, the night shift, the real build. He's pitching it to Wired, MIT Technology Review, and tech podcasts now.</w:t>
      </w:r>
    </w:p>
    <w:p w14:paraId="477E8D26" w14:textId="77777777" w:rsidR="001326F8" w:rsidRDefault="00D752E2">
      <w:r>
        <w:t>Delaware angle: a hometown founder doing something nobody else is writing about honestly. Available for interview this week.</w:t>
      </w:r>
    </w:p>
    <w:p w14:paraId="5CF9BCDA" w14:textId="77777777" w:rsidR="001326F8" w:rsidRDefault="00D752E2">
      <w:r>
        <w:t>marketing@henscheltech.com · 1-302-670-2001 · henscheltech.com</w:t>
      </w:r>
    </w:p>
    <w:p w14:paraId="73CECD0F" w14:textId="77777777" w:rsidR="001326F8" w:rsidRDefault="00D752E2">
      <w:r>
        <w:t>---</w:t>
      </w:r>
    </w:p>
    <w:p w14:paraId="5F9DBECB" w14:textId="77777777" w:rsidR="001326F8" w:rsidRDefault="00D752E2">
      <w:pPr>
        <w:pStyle w:val="Heading2"/>
      </w:pPr>
      <w:r>
        <w:t>Follow-up template (one per outlet, max)</w:t>
      </w:r>
    </w:p>
    <w:p w14:paraId="41AD65CF" w14:textId="77777777" w:rsidR="001326F8" w:rsidRDefault="00D752E2">
      <w:r>
        <w:t>Subject: Re: [original subject]</w:t>
      </w:r>
    </w:p>
    <w:p w14:paraId="34279DE7" w14:textId="77777777" w:rsidR="001326F8" w:rsidRDefault="00D752E2">
      <w:r>
        <w:t>Hi — circling back once on this. The essay's still available, and Louis is still available to talk. If it's not a fit, no worries — just didn't want it to get buried.</w:t>
      </w:r>
    </w:p>
    <w:p w14:paraId="6EE16960" w14:textId="77777777" w:rsidR="001326F8" w:rsidRDefault="00D752E2">
      <w:r>
        <w:t>Louis Henschel · marketing@henscheltech.com · 1-302-670-2001</w:t>
      </w:r>
    </w:p>
    <w:p w14:paraId="58948C7F" w14:textId="77777777" w:rsidR="001326F8" w:rsidRDefault="00D752E2">
      <w:r>
        <w:t>---</w:t>
      </w:r>
    </w:p>
    <w:p w14:paraId="55DED175" w14:textId="77777777" w:rsidR="001326F8" w:rsidRDefault="00D752E2">
      <w:pPr>
        <w:pStyle w:val="Heading2"/>
      </w:pPr>
      <w:r>
        <w:t>Subject-line alternates (pick per outlet)</w:t>
      </w:r>
    </w:p>
    <w:p w14:paraId="60164FDE" w14:textId="77777777" w:rsidR="001326F8" w:rsidRDefault="00D752E2">
      <w:r>
        <w:t>- "Three weeks, one engineer, one AI — and an essay about what it really is"</w:t>
      </w:r>
    </w:p>
    <w:p w14:paraId="5302D3BC" w14:textId="77777777" w:rsidR="001326F8" w:rsidRDefault="00D752E2">
      <w:r>
        <w:t>- "He built a company with AI in 3 weeks. Then he wrote down the truth about it."</w:t>
      </w:r>
    </w:p>
    <w:p w14:paraId="2E81B634" w14:textId="77777777" w:rsidR="001326F8" w:rsidRDefault="00D752E2">
      <w:r>
        <w:t>- "'Human Up Front, Machine Behind It' — a working engineer's AI essay"</w:t>
      </w:r>
    </w:p>
    <w:p w14:paraId="4137B9BD" w14:textId="77777777" w:rsidR="001326F8" w:rsidRDefault="00D752E2">
      <w:r>
        <w:t>- "The AI story from the ground floor (Dover, Delaware)"</w:t>
      </w:r>
    </w:p>
    <w:p w14:paraId="11DD6121" w14:textId="77777777" w:rsidR="001326F8" w:rsidRDefault="00D752E2">
      <w:r>
        <w:t>- "Op-Ed: the 'god code' no AI can replicate"</w:t>
      </w:r>
    </w:p>
    <w:sectPr w:rsidR="001326F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009048">
    <w:abstractNumId w:val="8"/>
  </w:num>
  <w:num w:numId="2" w16cid:durableId="1472359114">
    <w:abstractNumId w:val="6"/>
  </w:num>
  <w:num w:numId="3" w16cid:durableId="1745369376">
    <w:abstractNumId w:val="5"/>
  </w:num>
  <w:num w:numId="4" w16cid:durableId="1379472459">
    <w:abstractNumId w:val="4"/>
  </w:num>
  <w:num w:numId="5" w16cid:durableId="111023621">
    <w:abstractNumId w:val="7"/>
  </w:num>
  <w:num w:numId="6" w16cid:durableId="1802771310">
    <w:abstractNumId w:val="3"/>
  </w:num>
  <w:num w:numId="7" w16cid:durableId="1441998095">
    <w:abstractNumId w:val="2"/>
  </w:num>
  <w:num w:numId="8" w16cid:durableId="1818915377">
    <w:abstractNumId w:val="1"/>
  </w:num>
  <w:num w:numId="9" w16cid:durableId="155943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EC7"/>
    <w:rsid w:val="00034616"/>
    <w:rsid w:val="0006063C"/>
    <w:rsid w:val="001326F8"/>
    <w:rsid w:val="0015074B"/>
    <w:rsid w:val="001708B0"/>
    <w:rsid w:val="0029639D"/>
    <w:rsid w:val="00326F90"/>
    <w:rsid w:val="00424A6F"/>
    <w:rsid w:val="00AA1D8D"/>
    <w:rsid w:val="00B47730"/>
    <w:rsid w:val="00C0520D"/>
    <w:rsid w:val="00CB0664"/>
    <w:rsid w:val="00D752E2"/>
    <w:rsid w:val="00DA452A"/>
    <w:rsid w:val="00FA43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78CB8"/>
  <w14:defaultImageDpi w14:val="300"/>
  <w15:docId w15:val="{8F327A1D-E8B2-42FB-8481-A44963FB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2129</Words>
  <Characters>12137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Louis Henschel</cp:lastModifiedBy>
  <cp:revision>2</cp:revision>
  <dcterms:created xsi:type="dcterms:W3CDTF">2026-10-10T22:00:00Z</dcterms:created>
  <dcterms:modified xsi:type="dcterms:W3CDTF">2026-10-10T22:00:00Z</dcterms:modified>
  <cp:category/>
</cp:coreProperties>
</file>